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050B24"/>
          <w:sz w:val="34"/>
        </w:rPr>
        <w:t>FORMULARZ ODSTĄPIENIA OD UMOWY</w:t>
      </w:r>
    </w:p>
    <w:p>
      <w:pPr>
        <w:spacing w:after="240"/>
        <w:jc w:val="center"/>
      </w:pPr>
      <w:r>
        <w:rPr>
          <w:b/>
          <w:color w:val="D90429"/>
          <w:sz w:val="22"/>
        </w:rPr>
        <w:t>KupTablice.pl</w:t>
      </w:r>
    </w:p>
    <w:p>
      <w:pPr>
        <w:spacing w:after="200"/>
      </w:pPr>
      <w:r>
        <w:rPr>
          <w:sz w:val="19"/>
        </w:rPr>
        <w:t>Formularz należy wypełnić i odesłać tylko w przypadku chęci odstąpienia od umowy. Skorzystanie z formularza nie jest obowiązkowe.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638"/>
            <w:shd w:fill="F7F8FB"/>
            <w:tcBorders>
              <w:top w:val="single" w:sz="6" w:space="0" w:color="C9D3E0"/>
              <w:left w:val="single" w:sz="6" w:space="0" w:color="C9D3E0"/>
              <w:bottom w:val="single" w:sz="6" w:space="0" w:color="C9D3E0"/>
              <w:right w:val="single" w:sz="6" w:space="0" w:color="C9D3E0"/>
            </w:tcBorders>
          </w:tcPr>
          <w:p>
            <w:pPr>
              <w:spacing w:after="0"/>
            </w:pPr>
            <w:r>
              <w:rPr>
                <w:b/>
              </w:rPr>
              <w:t>Adresat:</w:t>
              <w:br/>
            </w:r>
            <w:r>
              <w:rPr>
                <w:sz w:val="19"/>
              </w:rPr>
              <w:t>GRAF ROBERT WRÓBEL</w:t>
              <w:br/>
              <w:t>ul. Grunwaldzka 3A, 08-530 Dęblin</w:t>
              <w:br/>
              <w:t>e-mail: graftablice@gmail.com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sz w:val="20"/>
        </w:rPr>
        <w:t>Ja/My* niniejszym informuję/informujemy* o odstąpieniu od umowy sprzedaży następujących produktów: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638"/>
            <w:tcBorders>
              <w:top w:val="single" w:sz="6" w:space="0" w:color="C9D3E0"/>
              <w:left w:val="single" w:sz="6" w:space="0" w:color="C9D3E0"/>
              <w:bottom w:val="single" w:sz="6" w:space="0" w:color="C9D3E0"/>
              <w:right w:val="single" w:sz="6" w:space="0" w:color="C9D3E0"/>
            </w:tcBorders>
            <w:shd w:fill="FFFFFF"/>
          </w:tcPr>
          <w:p>
            <w:pPr>
              <w:spacing w:after="0"/>
            </w:pPr>
            <w:r>
              <w:rPr>
                <w:i/>
                <w:color w:val="8C94A0"/>
                <w:sz w:val="19"/>
              </w:rPr>
              <w:t>Wpisz nazwę / nazwy produktów:</w:t>
            </w:r>
          </w:p>
          <w:p/>
          <w:p/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Numer zamówienia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Wpisz numer zamówienia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Data zawarcia umowy / złożenia zamówienia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DD.MM.RRRR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Data otrzymania produktu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DD.MM.RRRR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Imię i nazwisko Klienta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Wpisz imię i nazwisko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Adres Klienta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Ulica, nr domu/lokalu, kod pocztowy, miejscowość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Adres e-mail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Wpisz adres e-mail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Numer telefonu – opcjonalnie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Wpisz numer telefonu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sz w:val="18"/>
        </w:rPr>
        <w:t>Zwrot płatności zostanie dokonany przy użyciu takiego samego sposobu płatności, jakiego użyto przy zakupie, chyba że Klient wyraźnie zgodzi się na inną, bezpłatną metodę zwrotu.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Numer rachunku bankowego – tylko jeśli potrzebny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Wpisz numer rachunku, jeśli uzgodniono taką metodę zwrotu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Data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DD.MM.RRRR</w:t>
            </w:r>
          </w:p>
        </w:tc>
      </w:tr>
      <w:tr>
        <w:tc>
          <w:tcPr>
            <w:tcW w:type="dxa" w:w="2948"/>
            <w:vAlign w:val="center"/>
            <w:shd w:fill="F2F4F8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Podpis Klienta</w:t>
            </w:r>
          </w:p>
        </w:tc>
        <w:tc>
          <w:tcPr>
            <w:tcW w:type="dxa" w:w="6690"/>
            <w:vAlign w:val="center"/>
            <w:shd w:fill="FFFFFF"/>
            <w:tcBorders>
              <w:top w:val="single" w:sz="6" w:space="0" w:color="D9DEE8"/>
              <w:left w:val="single" w:sz="6" w:space="0" w:color="D9DEE8"/>
              <w:bottom w:val="single" w:sz="6" w:space="0" w:color="D9DEE8"/>
              <w:right w:val="single" w:sz="6" w:space="0" w:color="D9DEE8"/>
            </w:tcBorders>
          </w:tcPr>
          <w:p>
            <w:pPr>
              <w:spacing w:after="0"/>
            </w:pPr>
            <w:r>
              <w:rPr>
                <w:rFonts w:ascii="Arial" w:hAnsi="Arial"/>
                <w:color w:val="737C8C"/>
                <w:sz w:val="20"/>
              </w:rPr>
              <w:t>Wymagany wyłącznie przy formularzu przesyłanym w wersji papierowej</w:t>
            </w:r>
          </w:p>
        </w:tc>
      </w:tr>
    </w:tbl>
    <w:p>
      <w:pPr>
        <w:spacing w:before="140" w:after="140"/>
      </w:pPr>
      <w:r>
        <w:rPr>
          <w:i/>
          <w:color w:val="646C78"/>
          <w:sz w:val="17"/>
        </w:rPr>
        <w:t>* Niepotrzebne skreślić.</w:t>
      </w:r>
    </w:p>
    <w:p>
      <w:pPr>
        <w:spacing w:before="100" w:after="60"/>
      </w:pPr>
      <w:r>
        <w:rPr>
          <w:b/>
          <w:color w:val="050B24"/>
          <w:sz w:val="22"/>
        </w:rPr>
        <w:t>Adres do odesłania produktu</w:t>
      </w:r>
    </w:p>
    <w:p>
      <w:pPr>
        <w:spacing w:after="0"/>
      </w:pPr>
      <w:r>
        <w:rPr>
          <w:sz w:val="19"/>
        </w:rPr>
        <w:t>GRAF ROBERT WRÓBEL</w:t>
        <w:br/>
        <w:t>ul. Grunwaldzka 3A</w:t>
        <w:br/>
        <w:t>08-530 Dęblin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4A0"/>
        <w:sz w:val="16"/>
      </w:rPr>
      <w:t>KupTablice.pl – formularz odstąpienia od umowy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